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6A345" w14:textId="3B875083" w:rsidR="000B1269" w:rsidRDefault="00044E67" w:rsidP="001D18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r w:rsidR="00760295">
        <w:rPr>
          <w:rFonts w:ascii="Arial" w:hAnsi="Arial" w:cs="Arial"/>
          <w:b/>
          <w:bCs/>
          <w:noProof/>
        </w:rPr>
        <w:drawing>
          <wp:inline distT="0" distB="0" distL="0" distR="0" wp14:anchorId="62672D52" wp14:editId="7355D4A7">
            <wp:extent cx="968720" cy="1046420"/>
            <wp:effectExtent l="0" t="0" r="3175" b="1905"/>
            <wp:docPr id="771037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37030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944" cy="10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EE7E7F">
        <w:rPr>
          <w:rFonts w:ascii="Arial" w:hAnsi="Arial" w:cs="Arial"/>
          <w:b/>
          <w:bCs/>
        </w:rPr>
        <w:tab/>
      </w:r>
      <w:r w:rsidR="00EE7E7F">
        <w:rPr>
          <w:rFonts w:ascii="Arial" w:hAnsi="Arial" w:cs="Arial"/>
          <w:b/>
          <w:bCs/>
        </w:rPr>
        <w:tab/>
      </w:r>
      <w:r w:rsidR="00EE7E7F">
        <w:rPr>
          <w:rFonts w:ascii="Arial" w:hAnsi="Arial" w:cs="Arial"/>
          <w:b/>
          <w:bCs/>
        </w:rPr>
        <w:tab/>
      </w:r>
      <w:r w:rsidR="00EE7E7F">
        <w:rPr>
          <w:rFonts w:ascii="Arial" w:hAnsi="Arial" w:cs="Arial"/>
          <w:b/>
          <w:bCs/>
        </w:rPr>
        <w:tab/>
      </w:r>
      <w:r w:rsidR="00BB3A01">
        <w:rPr>
          <w:rFonts w:ascii="Arial" w:hAnsi="Arial" w:cs="Arial"/>
          <w:b/>
          <w:bCs/>
          <w:noProof/>
        </w:rPr>
        <w:drawing>
          <wp:inline distT="0" distB="0" distL="0" distR="0" wp14:anchorId="33D98402" wp14:editId="0DBD6E6A">
            <wp:extent cx="1204111" cy="928867"/>
            <wp:effectExtent l="0" t="0" r="0" b="5080"/>
            <wp:docPr id="958570253" name="Picture 2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70253" name="Picture 2" descr="A blue and white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4736" cy="94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251B" w14:textId="77777777" w:rsidR="000B1269" w:rsidRDefault="000B1269" w:rsidP="001D1856">
      <w:pPr>
        <w:rPr>
          <w:rFonts w:ascii="Arial" w:hAnsi="Arial" w:cs="Arial"/>
          <w:b/>
          <w:bCs/>
        </w:rPr>
      </w:pPr>
    </w:p>
    <w:p w14:paraId="10D4DD88" w14:textId="2332406C" w:rsidR="00695090" w:rsidRPr="00FC5D29" w:rsidRDefault="00695090" w:rsidP="001D1856">
      <w:pPr>
        <w:rPr>
          <w:rFonts w:ascii="Arial" w:hAnsi="Arial" w:cs="Arial"/>
          <w:b/>
          <w:bCs/>
        </w:rPr>
      </w:pPr>
      <w:r w:rsidRPr="00FC5D29">
        <w:rPr>
          <w:rFonts w:ascii="Arial" w:hAnsi="Arial" w:cs="Arial"/>
          <w:b/>
          <w:bCs/>
        </w:rPr>
        <w:t xml:space="preserve">Hauraki Gulf Forum </w:t>
      </w:r>
      <w:r w:rsidR="007B7A9D" w:rsidRPr="00FC5D29">
        <w:rPr>
          <w:rFonts w:ascii="Arial" w:hAnsi="Arial" w:cs="Arial"/>
          <w:b/>
          <w:bCs/>
        </w:rPr>
        <w:t>25</w:t>
      </w:r>
      <w:r w:rsidR="007B7A9D" w:rsidRPr="00FC5D29">
        <w:rPr>
          <w:rFonts w:ascii="Arial" w:hAnsi="Arial" w:cs="Arial"/>
          <w:b/>
          <w:bCs/>
          <w:vertAlign w:val="superscript"/>
        </w:rPr>
        <w:t>th</w:t>
      </w:r>
      <w:r w:rsidR="007B7A9D" w:rsidRPr="00FC5D29">
        <w:rPr>
          <w:rFonts w:ascii="Arial" w:hAnsi="Arial" w:cs="Arial"/>
          <w:b/>
          <w:bCs/>
        </w:rPr>
        <w:t xml:space="preserve"> Anniversary </w:t>
      </w:r>
      <w:r w:rsidRPr="00FC5D29">
        <w:rPr>
          <w:rFonts w:ascii="Arial" w:hAnsi="Arial" w:cs="Arial"/>
          <w:b/>
          <w:bCs/>
        </w:rPr>
        <w:t>Research Awards</w:t>
      </w:r>
    </w:p>
    <w:p w14:paraId="51436C58" w14:textId="6CD427E2" w:rsidR="00695090" w:rsidRPr="00FC5D29" w:rsidRDefault="00695090" w:rsidP="001D1856">
      <w:pPr>
        <w:rPr>
          <w:rFonts w:ascii="Arial" w:hAnsi="Arial" w:cs="Arial"/>
        </w:rPr>
      </w:pPr>
      <w:r w:rsidRPr="00FC5D29">
        <w:rPr>
          <w:rFonts w:ascii="Arial" w:hAnsi="Arial" w:cs="Arial"/>
        </w:rPr>
        <w:t xml:space="preserve">To commemorate the 25th anniversary of the Hauraki Gulf Marine Park, the Hauraki Gulf Forum, in partnership with the New Zealand Marine Sciences Society, is proud to sponsor two one-off research awards to support emerging marine researchers. These awards will celebrate and enable marine science research that contributes to the health and wellbeing of the Hauraki Gulf / </w:t>
      </w:r>
      <w:proofErr w:type="spellStart"/>
      <w:r w:rsidRPr="00FC5D29">
        <w:rPr>
          <w:rFonts w:ascii="Arial" w:hAnsi="Arial" w:cs="Arial"/>
        </w:rPr>
        <w:t>Tīkapa</w:t>
      </w:r>
      <w:proofErr w:type="spellEnd"/>
      <w:r w:rsidRPr="00FC5D29">
        <w:rPr>
          <w:rFonts w:ascii="Arial" w:hAnsi="Arial" w:cs="Arial"/>
        </w:rPr>
        <w:t xml:space="preserve"> Moana / </w:t>
      </w:r>
      <w:proofErr w:type="spellStart"/>
      <w:r w:rsidRPr="00FC5D29">
        <w:rPr>
          <w:rFonts w:ascii="Arial" w:hAnsi="Arial" w:cs="Arial"/>
        </w:rPr>
        <w:t>Te</w:t>
      </w:r>
      <w:proofErr w:type="spellEnd"/>
      <w:r w:rsidRPr="00FC5D29">
        <w:rPr>
          <w:rFonts w:ascii="Arial" w:hAnsi="Arial" w:cs="Arial"/>
        </w:rPr>
        <w:t xml:space="preserve"> </w:t>
      </w:r>
      <w:proofErr w:type="spellStart"/>
      <w:r w:rsidRPr="00FC5D29">
        <w:rPr>
          <w:rFonts w:ascii="Arial" w:hAnsi="Arial" w:cs="Arial"/>
        </w:rPr>
        <w:t>Moananui</w:t>
      </w:r>
      <w:proofErr w:type="spellEnd"/>
      <w:r w:rsidRPr="00FC5D29">
        <w:rPr>
          <w:rFonts w:ascii="Arial" w:hAnsi="Arial" w:cs="Arial"/>
        </w:rPr>
        <w:t xml:space="preserve"> ā Toi. Two awards </w:t>
      </w:r>
      <w:r w:rsidR="00EA07B2" w:rsidRPr="00FC5D29">
        <w:rPr>
          <w:rFonts w:ascii="Arial" w:hAnsi="Arial" w:cs="Arial"/>
        </w:rPr>
        <w:t>of $</w:t>
      </w:r>
      <w:r w:rsidRPr="00FC5D29">
        <w:rPr>
          <w:rFonts w:ascii="Arial" w:hAnsi="Arial" w:cs="Arial"/>
        </w:rPr>
        <w:t>5,000 each will be offered:</w:t>
      </w:r>
    </w:p>
    <w:p w14:paraId="700ECCE8" w14:textId="37AF0F2A" w:rsidR="00D25854" w:rsidRPr="00FC5D29" w:rsidRDefault="00C02134" w:rsidP="007D039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C02134">
        <w:rPr>
          <w:rFonts w:ascii="Arial" w:hAnsi="Arial" w:cs="Arial"/>
          <w:b/>
          <w:bCs/>
        </w:rPr>
        <w:t xml:space="preserve">He Taonga </w:t>
      </w:r>
      <w:proofErr w:type="spellStart"/>
      <w:r w:rsidRPr="00C02134">
        <w:rPr>
          <w:rFonts w:ascii="Arial" w:hAnsi="Arial" w:cs="Arial"/>
          <w:b/>
          <w:bCs/>
        </w:rPr>
        <w:t>te</w:t>
      </w:r>
      <w:proofErr w:type="spellEnd"/>
      <w:r w:rsidRPr="00C02134">
        <w:rPr>
          <w:rFonts w:ascii="Arial" w:hAnsi="Arial" w:cs="Arial"/>
          <w:b/>
          <w:bCs/>
        </w:rPr>
        <w:t xml:space="preserve"> Moana</w:t>
      </w:r>
      <w:r w:rsidR="00695090" w:rsidRPr="00FC5D29">
        <w:rPr>
          <w:rFonts w:ascii="Arial" w:hAnsi="Arial" w:cs="Arial"/>
          <w:b/>
          <w:bCs/>
        </w:rPr>
        <w:t>,</w:t>
      </w:r>
      <w:r w:rsidR="00695090" w:rsidRPr="00FC5D29">
        <w:rPr>
          <w:rFonts w:ascii="Arial" w:hAnsi="Arial" w:cs="Arial"/>
        </w:rPr>
        <w:t xml:space="preserve"> supporting </w:t>
      </w:r>
      <w:proofErr w:type="spellStart"/>
      <w:r w:rsidR="00695090" w:rsidRPr="00FC5D29">
        <w:rPr>
          <w:rFonts w:ascii="Arial" w:hAnsi="Arial" w:cs="Arial"/>
        </w:rPr>
        <w:t>kaupapa</w:t>
      </w:r>
      <w:proofErr w:type="spellEnd"/>
      <w:r w:rsidR="00695090" w:rsidRPr="00FC5D29">
        <w:rPr>
          <w:rFonts w:ascii="Arial" w:hAnsi="Arial" w:cs="Arial"/>
        </w:rPr>
        <w:t xml:space="preserve"> Māori-led marine science</w:t>
      </w:r>
      <w:r w:rsidR="00EA07B2" w:rsidRPr="00FC5D29">
        <w:rPr>
          <w:rFonts w:ascii="Arial" w:hAnsi="Arial" w:cs="Arial"/>
        </w:rPr>
        <w:t xml:space="preserve"> being undertaken in and/or for the benefit of </w:t>
      </w:r>
      <w:proofErr w:type="spellStart"/>
      <w:r w:rsidR="00EA07B2" w:rsidRPr="00FC5D29">
        <w:rPr>
          <w:rFonts w:ascii="Arial" w:hAnsi="Arial" w:cs="Arial"/>
        </w:rPr>
        <w:t>Te</w:t>
      </w:r>
      <w:proofErr w:type="spellEnd"/>
      <w:r w:rsidR="00EA07B2" w:rsidRPr="00FC5D29">
        <w:rPr>
          <w:rFonts w:ascii="Arial" w:hAnsi="Arial" w:cs="Arial"/>
        </w:rPr>
        <w:t xml:space="preserve"> </w:t>
      </w:r>
      <w:proofErr w:type="spellStart"/>
      <w:r w:rsidR="00EA07B2" w:rsidRPr="00FC5D29">
        <w:rPr>
          <w:rFonts w:ascii="Arial" w:hAnsi="Arial" w:cs="Arial"/>
        </w:rPr>
        <w:t>Moananui</w:t>
      </w:r>
      <w:proofErr w:type="spellEnd"/>
      <w:r w:rsidR="00EA07B2" w:rsidRPr="00FC5D29">
        <w:rPr>
          <w:rFonts w:ascii="Arial" w:hAnsi="Arial" w:cs="Arial"/>
        </w:rPr>
        <w:t xml:space="preserve"> ā Toi / Tīkapa Moana / The Hauraki Gulf</w:t>
      </w:r>
      <w:r w:rsidR="00695090" w:rsidRPr="00FC5D29">
        <w:rPr>
          <w:rFonts w:ascii="Arial" w:hAnsi="Arial" w:cs="Arial"/>
        </w:rPr>
        <w:t>; and</w:t>
      </w:r>
    </w:p>
    <w:p w14:paraId="5461D6B4" w14:textId="1879975F" w:rsidR="00D25854" w:rsidRPr="00FC5D29" w:rsidRDefault="00695090" w:rsidP="007D039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FC5D29">
        <w:rPr>
          <w:rFonts w:ascii="Arial" w:hAnsi="Arial" w:cs="Arial"/>
          <w:b/>
          <w:bCs/>
        </w:rPr>
        <w:t>General Marine Science award,</w:t>
      </w:r>
      <w:r w:rsidRPr="00FC5D29">
        <w:rPr>
          <w:rFonts w:ascii="Arial" w:hAnsi="Arial" w:cs="Arial"/>
        </w:rPr>
        <w:t xml:space="preserve"> supporting</w:t>
      </w:r>
      <w:r w:rsidR="00D25854" w:rsidRPr="00FC5D29">
        <w:rPr>
          <w:rFonts w:ascii="Arial" w:hAnsi="Arial" w:cs="Arial"/>
        </w:rPr>
        <w:t xml:space="preserve"> impactful</w:t>
      </w:r>
      <w:r w:rsidRPr="00FC5D29">
        <w:rPr>
          <w:rFonts w:ascii="Arial" w:hAnsi="Arial" w:cs="Arial"/>
        </w:rPr>
        <w:t xml:space="preserve"> </w:t>
      </w:r>
      <w:r w:rsidR="00D25854" w:rsidRPr="00FC5D29">
        <w:rPr>
          <w:rFonts w:ascii="Arial" w:hAnsi="Arial" w:cs="Arial"/>
        </w:rPr>
        <w:t xml:space="preserve">marine science research </w:t>
      </w:r>
      <w:r w:rsidR="00EA07B2" w:rsidRPr="00FC5D29">
        <w:rPr>
          <w:rFonts w:ascii="Arial" w:hAnsi="Arial" w:cs="Arial"/>
        </w:rPr>
        <w:t xml:space="preserve">being undertaken in and/or for the benefit of </w:t>
      </w:r>
      <w:proofErr w:type="spellStart"/>
      <w:r w:rsidR="00EA07B2" w:rsidRPr="00FC5D29">
        <w:rPr>
          <w:rFonts w:ascii="Arial" w:hAnsi="Arial" w:cs="Arial"/>
        </w:rPr>
        <w:t>Te</w:t>
      </w:r>
      <w:proofErr w:type="spellEnd"/>
      <w:r w:rsidR="00EA07B2" w:rsidRPr="00FC5D29">
        <w:rPr>
          <w:rFonts w:ascii="Arial" w:hAnsi="Arial" w:cs="Arial"/>
        </w:rPr>
        <w:t xml:space="preserve"> </w:t>
      </w:r>
      <w:proofErr w:type="spellStart"/>
      <w:r w:rsidR="00EA07B2" w:rsidRPr="00FC5D29">
        <w:rPr>
          <w:rFonts w:ascii="Arial" w:hAnsi="Arial" w:cs="Arial"/>
        </w:rPr>
        <w:t>Moananui</w:t>
      </w:r>
      <w:proofErr w:type="spellEnd"/>
      <w:r w:rsidR="00EA07B2" w:rsidRPr="00FC5D29">
        <w:rPr>
          <w:rFonts w:ascii="Arial" w:hAnsi="Arial" w:cs="Arial"/>
        </w:rPr>
        <w:t xml:space="preserve"> ā Toi / Tīkapa Moana / The Hauraki Gulf</w:t>
      </w:r>
      <w:r w:rsidR="00D25854" w:rsidRPr="00FC5D29">
        <w:rPr>
          <w:rFonts w:ascii="Arial" w:hAnsi="Arial" w:cs="Arial"/>
        </w:rPr>
        <w:t>.</w:t>
      </w:r>
    </w:p>
    <w:p w14:paraId="03A51827" w14:textId="0BB0DE66" w:rsidR="00695090" w:rsidRPr="00FC5D29" w:rsidRDefault="00695090" w:rsidP="001D1856">
      <w:pPr>
        <w:rPr>
          <w:rFonts w:ascii="Arial" w:hAnsi="Arial" w:cs="Arial"/>
        </w:rPr>
      </w:pPr>
      <w:r w:rsidRPr="00FC5D29">
        <w:rPr>
          <w:rFonts w:ascii="Arial" w:hAnsi="Arial" w:cs="Arial"/>
        </w:rPr>
        <w:t xml:space="preserve">These awards aim to recognise and uplift emerging voices in marine science who are committed to the future of </w:t>
      </w:r>
      <w:proofErr w:type="spellStart"/>
      <w:r w:rsidR="00EA07B2" w:rsidRPr="00FC5D29">
        <w:rPr>
          <w:rFonts w:ascii="Arial" w:hAnsi="Arial" w:cs="Arial"/>
        </w:rPr>
        <w:t>Te</w:t>
      </w:r>
      <w:proofErr w:type="spellEnd"/>
      <w:r w:rsidR="00EA07B2" w:rsidRPr="00FC5D29">
        <w:rPr>
          <w:rFonts w:ascii="Arial" w:hAnsi="Arial" w:cs="Arial"/>
        </w:rPr>
        <w:t xml:space="preserve"> </w:t>
      </w:r>
      <w:proofErr w:type="spellStart"/>
      <w:r w:rsidR="00EA07B2" w:rsidRPr="00FC5D29">
        <w:rPr>
          <w:rFonts w:ascii="Arial" w:hAnsi="Arial" w:cs="Arial"/>
        </w:rPr>
        <w:t>Moananui</w:t>
      </w:r>
      <w:proofErr w:type="spellEnd"/>
      <w:r w:rsidR="00EA07B2" w:rsidRPr="00FC5D29">
        <w:rPr>
          <w:rFonts w:ascii="Arial" w:hAnsi="Arial" w:cs="Arial"/>
        </w:rPr>
        <w:t xml:space="preserve"> ā Toi / Tīkapa Moana / The Hauraki Gulf</w:t>
      </w:r>
      <w:r w:rsidRPr="00FC5D29">
        <w:rPr>
          <w:rFonts w:ascii="Arial" w:hAnsi="Arial" w:cs="Arial"/>
        </w:rPr>
        <w:t>.</w:t>
      </w:r>
    </w:p>
    <w:p w14:paraId="46772A83" w14:textId="77777777" w:rsidR="006A7FC7" w:rsidRDefault="006C7F57" w:rsidP="003023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apply, please send a completed application form and a </w:t>
      </w:r>
      <w:proofErr w:type="gramStart"/>
      <w:r>
        <w:rPr>
          <w:rFonts w:ascii="Arial" w:hAnsi="Arial" w:cs="Arial"/>
        </w:rPr>
        <w:t>2 page</w:t>
      </w:r>
      <w:proofErr w:type="gramEnd"/>
      <w:r>
        <w:rPr>
          <w:rFonts w:ascii="Arial" w:hAnsi="Arial" w:cs="Arial"/>
        </w:rPr>
        <w:t xml:space="preserve"> CV </w:t>
      </w:r>
      <w:r w:rsidR="00BB17D1">
        <w:rPr>
          <w:rFonts w:ascii="Arial" w:hAnsi="Arial" w:cs="Arial"/>
        </w:rPr>
        <w:t xml:space="preserve">to </w:t>
      </w:r>
      <w:hyperlink r:id="rId8" w:history="1">
        <w:r w:rsidR="00BB17D1" w:rsidRPr="006F13FA">
          <w:rPr>
            <w:rStyle w:val="Hyperlink"/>
            <w:rFonts w:ascii="Arial" w:hAnsi="Arial" w:cs="Arial"/>
          </w:rPr>
          <w:t>secretary@nzmss.org</w:t>
        </w:r>
      </w:hyperlink>
      <w:r w:rsidR="00BB17D1">
        <w:rPr>
          <w:rFonts w:ascii="Arial" w:hAnsi="Arial" w:cs="Arial"/>
        </w:rPr>
        <w:t xml:space="preserve"> by </w:t>
      </w:r>
      <w:r w:rsidR="00690EBE">
        <w:rPr>
          <w:rFonts w:ascii="Arial" w:hAnsi="Arial" w:cs="Arial"/>
        </w:rPr>
        <w:t>29</w:t>
      </w:r>
      <w:r w:rsidR="00690EBE" w:rsidRPr="00690EBE">
        <w:rPr>
          <w:rFonts w:ascii="Arial" w:hAnsi="Arial" w:cs="Arial"/>
          <w:vertAlign w:val="superscript"/>
        </w:rPr>
        <w:t>th</w:t>
      </w:r>
      <w:r w:rsidR="00690EBE">
        <w:rPr>
          <w:rFonts w:ascii="Arial" w:hAnsi="Arial" w:cs="Arial"/>
        </w:rPr>
        <w:t xml:space="preserve"> June 2025.</w:t>
      </w:r>
      <w:r w:rsidR="00B72F29">
        <w:rPr>
          <w:rFonts w:ascii="Arial" w:hAnsi="Arial" w:cs="Arial"/>
        </w:rPr>
        <w:t xml:space="preserve"> </w:t>
      </w:r>
    </w:p>
    <w:p w14:paraId="7883CCCC" w14:textId="276712BC" w:rsidR="00A22975" w:rsidRPr="00EE7E7F" w:rsidRDefault="00B72F29" w:rsidP="003023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awardees will be announced at the 2025 NZMSS Conference in </w:t>
      </w:r>
      <w:r w:rsidR="00D012F7">
        <w:rPr>
          <w:rFonts w:ascii="Arial" w:hAnsi="Arial" w:cs="Arial"/>
        </w:rPr>
        <w:t>Ma</w:t>
      </w:r>
      <w:r w:rsidR="006A7FC7">
        <w:rPr>
          <w:rFonts w:ascii="Arial" w:hAnsi="Arial" w:cs="Arial"/>
        </w:rPr>
        <w:t>r</w:t>
      </w:r>
      <w:r w:rsidR="00D012F7">
        <w:rPr>
          <w:rFonts w:ascii="Arial" w:hAnsi="Arial" w:cs="Arial"/>
        </w:rPr>
        <w:t>lborough, 7-10 July 2025.</w:t>
      </w:r>
      <w:r w:rsidR="006A7FC7">
        <w:rPr>
          <w:rFonts w:ascii="Arial" w:hAnsi="Arial" w:cs="Arial"/>
        </w:rPr>
        <w:t xml:space="preserve"> </w:t>
      </w:r>
      <w:r w:rsidR="007653A4" w:rsidRPr="00573DF6">
        <w:rPr>
          <w:rFonts w:ascii="Arial" w:hAnsi="Arial" w:cs="Arial"/>
        </w:rPr>
        <w:t>The successful applicants will be asked to p</w:t>
      </w:r>
      <w:r w:rsidR="0061618E" w:rsidRPr="00573DF6">
        <w:rPr>
          <w:rFonts w:ascii="Arial" w:hAnsi="Arial" w:cs="Arial"/>
        </w:rPr>
        <w:t xml:space="preserve">resent </w:t>
      </w:r>
      <w:r w:rsidR="007653A4" w:rsidRPr="00573DF6">
        <w:rPr>
          <w:rFonts w:ascii="Arial" w:hAnsi="Arial" w:cs="Arial"/>
        </w:rPr>
        <w:t xml:space="preserve">their work </w:t>
      </w:r>
      <w:r w:rsidR="0061618E" w:rsidRPr="00573DF6">
        <w:rPr>
          <w:rFonts w:ascii="Arial" w:hAnsi="Arial" w:cs="Arial"/>
        </w:rPr>
        <w:t xml:space="preserve">to the </w:t>
      </w:r>
      <w:r w:rsidR="007653A4" w:rsidRPr="00573DF6">
        <w:rPr>
          <w:rFonts w:ascii="Arial" w:hAnsi="Arial" w:cs="Arial"/>
        </w:rPr>
        <w:t>Hauraki Gulf F</w:t>
      </w:r>
      <w:r w:rsidR="0061618E" w:rsidRPr="00573DF6">
        <w:rPr>
          <w:rFonts w:ascii="Arial" w:hAnsi="Arial" w:cs="Arial"/>
        </w:rPr>
        <w:t xml:space="preserve">orum within the </w:t>
      </w:r>
      <w:r w:rsidR="00052C03" w:rsidRPr="00573DF6">
        <w:rPr>
          <w:rFonts w:ascii="Arial" w:hAnsi="Arial" w:cs="Arial"/>
        </w:rPr>
        <w:t>following</w:t>
      </w:r>
      <w:r w:rsidR="0061618E" w:rsidRPr="00573DF6">
        <w:rPr>
          <w:rFonts w:ascii="Arial" w:hAnsi="Arial" w:cs="Arial"/>
        </w:rPr>
        <w:t xml:space="preserve"> year</w:t>
      </w:r>
      <w:r w:rsidR="00573DF6" w:rsidRPr="00573DF6">
        <w:rPr>
          <w:rFonts w:ascii="Arial" w:hAnsi="Arial" w:cs="Arial"/>
        </w:rPr>
        <w:t>, and at a future NZMSS conference.</w:t>
      </w:r>
      <w:r w:rsidR="00573DF6">
        <w:rPr>
          <w:rFonts w:ascii="Arial" w:hAnsi="Arial" w:cs="Arial"/>
        </w:rPr>
        <w:t xml:space="preserve"> </w:t>
      </w:r>
    </w:p>
    <w:p w14:paraId="6EFB0883" w14:textId="55E844EE" w:rsidR="00DE1FC1" w:rsidRPr="00FC5D29" w:rsidRDefault="00DE1FC1" w:rsidP="001D1856">
      <w:pPr>
        <w:rPr>
          <w:rFonts w:ascii="Arial" w:hAnsi="Arial" w:cs="Arial"/>
          <w:b/>
          <w:bCs/>
        </w:rPr>
      </w:pPr>
      <w:r w:rsidRPr="00FC5D29">
        <w:rPr>
          <w:rFonts w:ascii="Arial" w:hAnsi="Arial" w:cs="Arial"/>
          <w:b/>
          <w:bCs/>
        </w:rPr>
        <w:t>APPLICATION FORM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5"/>
      </w:tblGrid>
      <w:tr w:rsidR="003023A9" w:rsidRPr="00FC5D29" w14:paraId="0386C3D4" w14:textId="77777777" w:rsidTr="00BC3F07">
        <w:tc>
          <w:tcPr>
            <w:tcW w:w="9350" w:type="dxa"/>
            <w:gridSpan w:val="2"/>
            <w:shd w:val="clear" w:color="auto" w:fill="D9D9D9"/>
          </w:tcPr>
          <w:p w14:paraId="42FD1E78" w14:textId="60266258" w:rsidR="003023A9" w:rsidRPr="00FC5D29" w:rsidRDefault="003023A9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</w:rPr>
              <w:t>Applicant Details</w:t>
            </w:r>
          </w:p>
        </w:tc>
      </w:tr>
      <w:tr w:rsidR="003023A9" w:rsidRPr="00FC5D29" w14:paraId="4C1DB37A" w14:textId="77777777" w:rsidTr="00BC3F07">
        <w:tc>
          <w:tcPr>
            <w:tcW w:w="2405" w:type="dxa"/>
            <w:shd w:val="clear" w:color="auto" w:fill="D9D9D9"/>
          </w:tcPr>
          <w:p w14:paraId="64135482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Title</w:t>
            </w:r>
          </w:p>
        </w:tc>
        <w:tc>
          <w:tcPr>
            <w:tcW w:w="6945" w:type="dxa"/>
          </w:tcPr>
          <w:p w14:paraId="549DFDC8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2A049763" w14:textId="77777777" w:rsidTr="00BC3F07">
        <w:tc>
          <w:tcPr>
            <w:tcW w:w="2405" w:type="dxa"/>
            <w:shd w:val="clear" w:color="auto" w:fill="D9D9D9"/>
          </w:tcPr>
          <w:p w14:paraId="2A7B36A6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Name</w:t>
            </w:r>
          </w:p>
        </w:tc>
        <w:tc>
          <w:tcPr>
            <w:tcW w:w="6945" w:type="dxa"/>
          </w:tcPr>
          <w:p w14:paraId="53EC4449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6E60371E" w14:textId="77777777" w:rsidTr="00BC3F07">
        <w:tc>
          <w:tcPr>
            <w:tcW w:w="2405" w:type="dxa"/>
            <w:shd w:val="clear" w:color="auto" w:fill="D9D9D9"/>
          </w:tcPr>
          <w:p w14:paraId="0D3075E7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Address</w:t>
            </w:r>
          </w:p>
        </w:tc>
        <w:tc>
          <w:tcPr>
            <w:tcW w:w="6945" w:type="dxa"/>
          </w:tcPr>
          <w:p w14:paraId="1727D698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77CFB2C3" w14:textId="77777777" w:rsidTr="00BC3F07">
        <w:tc>
          <w:tcPr>
            <w:tcW w:w="2405" w:type="dxa"/>
            <w:shd w:val="clear" w:color="auto" w:fill="D9D9D9"/>
          </w:tcPr>
          <w:p w14:paraId="7C2F790C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City</w:t>
            </w:r>
          </w:p>
        </w:tc>
        <w:tc>
          <w:tcPr>
            <w:tcW w:w="6945" w:type="dxa"/>
          </w:tcPr>
          <w:p w14:paraId="4443CB01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5EFC9608" w14:textId="77777777" w:rsidTr="00BC3F07">
        <w:tc>
          <w:tcPr>
            <w:tcW w:w="2405" w:type="dxa"/>
            <w:shd w:val="clear" w:color="auto" w:fill="D9D9D9"/>
          </w:tcPr>
          <w:p w14:paraId="7609D507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Postcode</w:t>
            </w:r>
          </w:p>
        </w:tc>
        <w:tc>
          <w:tcPr>
            <w:tcW w:w="6945" w:type="dxa"/>
          </w:tcPr>
          <w:p w14:paraId="723E66D9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129914C8" w14:textId="77777777" w:rsidTr="00BC3F07">
        <w:tc>
          <w:tcPr>
            <w:tcW w:w="2405" w:type="dxa"/>
            <w:shd w:val="clear" w:color="auto" w:fill="D9D9D9"/>
          </w:tcPr>
          <w:p w14:paraId="1B148CD9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lastRenderedPageBreak/>
              <w:t>Telephone</w:t>
            </w:r>
          </w:p>
        </w:tc>
        <w:tc>
          <w:tcPr>
            <w:tcW w:w="6945" w:type="dxa"/>
          </w:tcPr>
          <w:p w14:paraId="7E6C0F6F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2B8C671A" w14:textId="77777777" w:rsidTr="00BC3F07">
        <w:tc>
          <w:tcPr>
            <w:tcW w:w="2405" w:type="dxa"/>
            <w:shd w:val="clear" w:color="auto" w:fill="D9D9D9"/>
          </w:tcPr>
          <w:p w14:paraId="15BEEF16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Email</w:t>
            </w:r>
          </w:p>
        </w:tc>
        <w:tc>
          <w:tcPr>
            <w:tcW w:w="6945" w:type="dxa"/>
          </w:tcPr>
          <w:p w14:paraId="58E6DBD5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1AFD93CB" w14:textId="77777777" w:rsidTr="00BC3F07">
        <w:tc>
          <w:tcPr>
            <w:tcW w:w="2405" w:type="dxa"/>
            <w:shd w:val="clear" w:color="auto" w:fill="D9D9D9"/>
          </w:tcPr>
          <w:p w14:paraId="445C196D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Marine science field</w:t>
            </w:r>
          </w:p>
        </w:tc>
        <w:tc>
          <w:tcPr>
            <w:tcW w:w="6945" w:type="dxa"/>
          </w:tcPr>
          <w:p w14:paraId="1C48414B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7A79E8A2" w14:textId="77777777" w:rsidTr="00BC3F07">
        <w:tc>
          <w:tcPr>
            <w:tcW w:w="2405" w:type="dxa"/>
            <w:shd w:val="clear" w:color="auto" w:fill="D9D9D9"/>
          </w:tcPr>
          <w:p w14:paraId="0D1B9968" w14:textId="77777777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Current position</w:t>
            </w:r>
          </w:p>
        </w:tc>
        <w:tc>
          <w:tcPr>
            <w:tcW w:w="6945" w:type="dxa"/>
          </w:tcPr>
          <w:p w14:paraId="76D8E945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  <w:tr w:rsidR="003023A9" w:rsidRPr="00FC5D29" w14:paraId="3BC32055" w14:textId="77777777" w:rsidTr="00BC3F07">
        <w:tc>
          <w:tcPr>
            <w:tcW w:w="2405" w:type="dxa"/>
            <w:shd w:val="clear" w:color="auto" w:fill="D9D9D9"/>
          </w:tcPr>
          <w:p w14:paraId="02DD469F" w14:textId="5D1CE827" w:rsidR="003023A9" w:rsidRPr="00573DF6" w:rsidRDefault="003023A9" w:rsidP="00BC3F07">
            <w:pPr>
              <w:rPr>
                <w:rFonts w:ascii="Arial" w:hAnsi="Arial" w:cs="Arial"/>
              </w:rPr>
            </w:pPr>
            <w:r w:rsidRPr="00573DF6">
              <w:rPr>
                <w:rFonts w:ascii="Arial" w:hAnsi="Arial" w:cs="Arial"/>
              </w:rPr>
              <w:t xml:space="preserve">Are you a </w:t>
            </w:r>
            <w:r w:rsidR="007B7A9D" w:rsidRPr="00573DF6">
              <w:rPr>
                <w:rFonts w:ascii="Arial" w:hAnsi="Arial" w:cs="Arial"/>
              </w:rPr>
              <w:t xml:space="preserve">current </w:t>
            </w:r>
            <w:r w:rsidRPr="00573DF6">
              <w:rPr>
                <w:rFonts w:ascii="Arial" w:hAnsi="Arial" w:cs="Arial"/>
              </w:rPr>
              <w:t>member of NZMSS</w:t>
            </w:r>
            <w:r w:rsidR="00573DF6">
              <w:rPr>
                <w:rFonts w:ascii="Arial" w:hAnsi="Arial" w:cs="Arial"/>
              </w:rPr>
              <w:t xml:space="preserve"> (required)</w:t>
            </w:r>
          </w:p>
        </w:tc>
        <w:tc>
          <w:tcPr>
            <w:tcW w:w="6945" w:type="dxa"/>
          </w:tcPr>
          <w:p w14:paraId="7DEB0246" w14:textId="1E765122" w:rsidR="003023A9" w:rsidRPr="00573DF6" w:rsidRDefault="003023A9" w:rsidP="00BC3F07">
            <w:pPr>
              <w:rPr>
                <w:rFonts w:ascii="Arial" w:hAnsi="Arial" w:cs="Arial"/>
              </w:rPr>
            </w:pPr>
            <w:r w:rsidRPr="00573DF6">
              <w:rPr>
                <w:rFonts w:ascii="Arial" w:hAnsi="Arial" w:cs="Arial"/>
              </w:rPr>
              <w:t>Yes/N</w:t>
            </w:r>
            <w:r w:rsidR="007B7A9D" w:rsidRPr="00573DF6">
              <w:rPr>
                <w:rFonts w:ascii="Arial" w:hAnsi="Arial" w:cs="Arial"/>
              </w:rPr>
              <w:t>o</w:t>
            </w:r>
          </w:p>
        </w:tc>
      </w:tr>
    </w:tbl>
    <w:p w14:paraId="41972D16" w14:textId="77777777" w:rsidR="003023A9" w:rsidRPr="00FC5D29" w:rsidRDefault="003023A9" w:rsidP="001D1856">
      <w:pPr>
        <w:rPr>
          <w:rFonts w:ascii="Arial" w:hAnsi="Arial" w:cs="Arial"/>
          <w:b/>
          <w:bCs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5"/>
      </w:tblGrid>
      <w:tr w:rsidR="003023A9" w:rsidRPr="00FC5D29" w14:paraId="4213AB7D" w14:textId="77777777" w:rsidTr="00BC3F07">
        <w:tc>
          <w:tcPr>
            <w:tcW w:w="9350" w:type="dxa"/>
            <w:gridSpan w:val="2"/>
            <w:shd w:val="clear" w:color="auto" w:fill="D9D9D9"/>
          </w:tcPr>
          <w:p w14:paraId="3505FEFB" w14:textId="6C14D3B6" w:rsidR="003023A9" w:rsidRPr="00FC5D29" w:rsidRDefault="003023A9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</w:rPr>
              <w:t>Award Category (please select one)</w:t>
            </w:r>
          </w:p>
        </w:tc>
      </w:tr>
      <w:tr w:rsidR="003023A9" w:rsidRPr="00FC5D29" w14:paraId="1C6D4D46" w14:textId="77777777" w:rsidTr="00BC3F07">
        <w:tc>
          <w:tcPr>
            <w:tcW w:w="2405" w:type="dxa"/>
            <w:shd w:val="clear" w:color="auto" w:fill="D9D9D9"/>
          </w:tcPr>
          <w:p w14:paraId="07A6BF1E" w14:textId="68623107" w:rsidR="003023A9" w:rsidRPr="00FC5D29" w:rsidRDefault="00752D6B" w:rsidP="00BC3F07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4414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43" w:rsidRPr="00FC5D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82C43" w:rsidRPr="00FC5D29">
              <w:rPr>
                <w:rFonts w:ascii="Arial" w:hAnsi="Arial" w:cs="Arial"/>
              </w:rPr>
              <w:t xml:space="preserve"> </w:t>
            </w:r>
            <w:r w:rsidR="00C02134" w:rsidRPr="00C02134">
              <w:rPr>
                <w:rFonts w:ascii="Arial" w:hAnsi="Arial" w:cs="Arial"/>
              </w:rPr>
              <w:t xml:space="preserve">He Taonga </w:t>
            </w:r>
            <w:proofErr w:type="spellStart"/>
            <w:r w:rsidR="00C02134" w:rsidRPr="00C02134">
              <w:rPr>
                <w:rFonts w:ascii="Arial" w:hAnsi="Arial" w:cs="Arial"/>
              </w:rPr>
              <w:t>te</w:t>
            </w:r>
            <w:proofErr w:type="spellEnd"/>
            <w:r w:rsidR="00C02134" w:rsidRPr="00C02134">
              <w:rPr>
                <w:rFonts w:ascii="Arial" w:hAnsi="Arial" w:cs="Arial"/>
              </w:rPr>
              <w:t xml:space="preserve"> Moana</w:t>
            </w:r>
            <w:r w:rsidR="00C02134">
              <w:rPr>
                <w:rFonts w:ascii="Arial" w:hAnsi="Arial" w:cs="Arial"/>
              </w:rPr>
              <w:t xml:space="preserve"> </w:t>
            </w:r>
            <w:r w:rsidR="003023A9" w:rsidRPr="00FC5D29">
              <w:rPr>
                <w:rFonts w:ascii="Arial" w:hAnsi="Arial" w:cs="Arial"/>
              </w:rPr>
              <w:t>Award:</w:t>
            </w:r>
          </w:p>
        </w:tc>
        <w:tc>
          <w:tcPr>
            <w:tcW w:w="6945" w:type="dxa"/>
          </w:tcPr>
          <w:p w14:paraId="22FE9A2C" w14:textId="65ABB540" w:rsidR="003023A9" w:rsidRPr="00FC5D29" w:rsidRDefault="003023A9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>Supporting kaupapa Māori-led marine science</w:t>
            </w:r>
            <w:r w:rsidR="000345C2" w:rsidRPr="00FC5D29">
              <w:rPr>
                <w:rFonts w:ascii="Arial" w:hAnsi="Arial" w:cs="Arial"/>
              </w:rPr>
              <w:t xml:space="preserve"> being undertaken in and/or for the benefit of </w:t>
            </w:r>
            <w:proofErr w:type="spellStart"/>
            <w:r w:rsidR="000345C2" w:rsidRPr="00FC5D29">
              <w:rPr>
                <w:rFonts w:ascii="Arial" w:hAnsi="Arial" w:cs="Arial"/>
              </w:rPr>
              <w:t>Te</w:t>
            </w:r>
            <w:proofErr w:type="spellEnd"/>
            <w:r w:rsidR="000345C2" w:rsidRPr="00FC5D29">
              <w:rPr>
                <w:rFonts w:ascii="Arial" w:hAnsi="Arial" w:cs="Arial"/>
              </w:rPr>
              <w:t xml:space="preserve"> </w:t>
            </w:r>
            <w:proofErr w:type="spellStart"/>
            <w:r w:rsidR="000345C2" w:rsidRPr="00FC5D29">
              <w:rPr>
                <w:rFonts w:ascii="Arial" w:hAnsi="Arial" w:cs="Arial"/>
              </w:rPr>
              <w:t>Moananui</w:t>
            </w:r>
            <w:proofErr w:type="spellEnd"/>
            <w:r w:rsidR="000345C2" w:rsidRPr="00FC5D29">
              <w:rPr>
                <w:rFonts w:ascii="Arial" w:hAnsi="Arial" w:cs="Arial"/>
              </w:rPr>
              <w:t xml:space="preserve"> ā Toi / Tīkapa Moana / The Hauraki Gulf</w:t>
            </w:r>
            <w:r w:rsidRPr="00FC5D29">
              <w:rPr>
                <w:rFonts w:ascii="Arial" w:hAnsi="Arial" w:cs="Arial"/>
              </w:rPr>
              <w:t>. Applicants must whakapapa Māori.</w:t>
            </w:r>
          </w:p>
        </w:tc>
      </w:tr>
      <w:tr w:rsidR="003023A9" w:rsidRPr="00FC5D29" w14:paraId="6C2FE04C" w14:textId="77777777" w:rsidTr="00BC3F07">
        <w:tc>
          <w:tcPr>
            <w:tcW w:w="2405" w:type="dxa"/>
            <w:shd w:val="clear" w:color="auto" w:fill="D9D9D9"/>
          </w:tcPr>
          <w:p w14:paraId="0C5E9CE5" w14:textId="25DB694B" w:rsidR="003023A9" w:rsidRPr="00FC5D29" w:rsidRDefault="00752D6B" w:rsidP="00BC3F07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2456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43" w:rsidRPr="00FC5D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023A9" w:rsidRPr="00FC5D29">
              <w:rPr>
                <w:rFonts w:ascii="Arial" w:hAnsi="Arial" w:cs="Arial"/>
              </w:rPr>
              <w:t xml:space="preserve"> General Marine Science Award:</w:t>
            </w:r>
          </w:p>
        </w:tc>
        <w:tc>
          <w:tcPr>
            <w:tcW w:w="6945" w:type="dxa"/>
          </w:tcPr>
          <w:p w14:paraId="24B5C413" w14:textId="6455E4CF" w:rsidR="003023A9" w:rsidRPr="00FC5D29" w:rsidRDefault="003023A9" w:rsidP="003023A9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</w:rPr>
              <w:t xml:space="preserve">Supporting impactful marine science research </w:t>
            </w:r>
            <w:r w:rsidR="007B7A9D" w:rsidRPr="00FC5D29">
              <w:rPr>
                <w:rFonts w:ascii="Arial" w:hAnsi="Arial" w:cs="Arial"/>
              </w:rPr>
              <w:t xml:space="preserve">being undertaken </w:t>
            </w:r>
            <w:r w:rsidRPr="00FC5D29">
              <w:rPr>
                <w:rFonts w:ascii="Arial" w:hAnsi="Arial" w:cs="Arial"/>
              </w:rPr>
              <w:t>in</w:t>
            </w:r>
            <w:r w:rsidR="000345C2" w:rsidRPr="00FC5D29">
              <w:rPr>
                <w:rFonts w:ascii="Arial" w:hAnsi="Arial" w:cs="Arial"/>
              </w:rPr>
              <w:t xml:space="preserve"> and/or for the benefit of</w:t>
            </w:r>
            <w:r w:rsidRPr="00FC5D29">
              <w:rPr>
                <w:rFonts w:ascii="Arial" w:hAnsi="Arial" w:cs="Arial"/>
              </w:rPr>
              <w:t xml:space="preserve"> </w:t>
            </w:r>
            <w:proofErr w:type="spellStart"/>
            <w:r w:rsidR="000345C2" w:rsidRPr="00FC5D29">
              <w:rPr>
                <w:rFonts w:ascii="Arial" w:hAnsi="Arial" w:cs="Arial"/>
              </w:rPr>
              <w:t>Te</w:t>
            </w:r>
            <w:proofErr w:type="spellEnd"/>
            <w:r w:rsidR="000345C2" w:rsidRPr="00FC5D29">
              <w:rPr>
                <w:rFonts w:ascii="Arial" w:hAnsi="Arial" w:cs="Arial"/>
              </w:rPr>
              <w:t xml:space="preserve"> </w:t>
            </w:r>
            <w:proofErr w:type="spellStart"/>
            <w:r w:rsidR="000345C2" w:rsidRPr="00FC5D29">
              <w:rPr>
                <w:rFonts w:ascii="Arial" w:hAnsi="Arial" w:cs="Arial"/>
              </w:rPr>
              <w:t>Moananui</w:t>
            </w:r>
            <w:proofErr w:type="spellEnd"/>
            <w:r w:rsidR="000345C2" w:rsidRPr="00FC5D29">
              <w:rPr>
                <w:rFonts w:ascii="Arial" w:hAnsi="Arial" w:cs="Arial"/>
              </w:rPr>
              <w:t xml:space="preserve"> ā Toi / Tīkapa Moana / The </w:t>
            </w:r>
            <w:r w:rsidRPr="00FC5D29">
              <w:rPr>
                <w:rFonts w:ascii="Arial" w:hAnsi="Arial" w:cs="Arial"/>
              </w:rPr>
              <w:t>Hauraki Gulf</w:t>
            </w:r>
            <w:r w:rsidR="000345C2" w:rsidRPr="00FC5D29">
              <w:rPr>
                <w:rFonts w:ascii="Arial" w:hAnsi="Arial" w:cs="Arial"/>
              </w:rPr>
              <w:t>.</w:t>
            </w:r>
          </w:p>
        </w:tc>
      </w:tr>
    </w:tbl>
    <w:p w14:paraId="4A1F951C" w14:textId="77777777" w:rsidR="003023A9" w:rsidRPr="00FC5D29" w:rsidRDefault="003023A9" w:rsidP="003023A9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023A9" w:rsidRPr="00FC5D29" w14:paraId="28888A1B" w14:textId="77777777" w:rsidTr="00BC3F07">
        <w:tc>
          <w:tcPr>
            <w:tcW w:w="9350" w:type="dxa"/>
            <w:shd w:val="clear" w:color="auto" w:fill="D9D9D9"/>
          </w:tcPr>
          <w:p w14:paraId="75AA2560" w14:textId="77777777" w:rsidR="003023A9" w:rsidRPr="00FC5D29" w:rsidRDefault="003023A9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[A] </w:t>
            </w:r>
            <w:r w:rsidRPr="00FC5D29">
              <w:rPr>
                <w:rFonts w:ascii="Arial" w:hAnsi="Arial" w:cs="Arial"/>
                <w:b/>
              </w:rPr>
              <w:t xml:space="preserve">Whakapapa or connection to Hauraki Gulf / </w:t>
            </w:r>
            <w:proofErr w:type="spellStart"/>
            <w:r w:rsidRPr="00FC5D29">
              <w:rPr>
                <w:rFonts w:ascii="Arial" w:hAnsi="Arial" w:cs="Arial"/>
                <w:b/>
              </w:rPr>
              <w:t>Tīkapa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Moana / </w:t>
            </w:r>
            <w:proofErr w:type="spellStart"/>
            <w:r w:rsidRPr="00FC5D29">
              <w:rPr>
                <w:rFonts w:ascii="Arial" w:hAnsi="Arial" w:cs="Arial"/>
                <w:b/>
              </w:rPr>
              <w:t>Te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C5D29">
              <w:rPr>
                <w:rFonts w:ascii="Arial" w:hAnsi="Arial" w:cs="Arial"/>
                <w:b/>
              </w:rPr>
              <w:t>Moananui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ā Toi</w:t>
            </w:r>
          </w:p>
          <w:p w14:paraId="38A83867" w14:textId="77E6C2E4" w:rsidR="002362E8" w:rsidRPr="00FC5D29" w:rsidRDefault="002362E8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  <w:i/>
                <w:iCs/>
                <w:sz w:val="20"/>
                <w:szCs w:val="20"/>
              </w:rPr>
              <w:t>Please describe your connection to the Hauraki Gulf Marine Park (max 300 words).</w:t>
            </w:r>
          </w:p>
        </w:tc>
      </w:tr>
      <w:tr w:rsidR="003023A9" w:rsidRPr="00FC5D29" w14:paraId="29DD8E90" w14:textId="77777777" w:rsidTr="00BC3F07">
        <w:tc>
          <w:tcPr>
            <w:tcW w:w="9350" w:type="dxa"/>
          </w:tcPr>
          <w:p w14:paraId="651D233C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</w:tbl>
    <w:p w14:paraId="33B2F504" w14:textId="77777777" w:rsidR="003023A9" w:rsidRPr="00FC5D29" w:rsidRDefault="003023A9" w:rsidP="003023A9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023A9" w:rsidRPr="00FC5D29" w14:paraId="3DA566FE" w14:textId="77777777" w:rsidTr="00BC3F07">
        <w:tc>
          <w:tcPr>
            <w:tcW w:w="9350" w:type="dxa"/>
            <w:shd w:val="clear" w:color="auto" w:fill="D9D9D9"/>
          </w:tcPr>
          <w:p w14:paraId="2489F9D9" w14:textId="77777777" w:rsidR="003023A9" w:rsidRPr="00FC5D29" w:rsidRDefault="003023A9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[B] </w:t>
            </w:r>
            <w:r w:rsidRPr="00FC5D29">
              <w:rPr>
                <w:rFonts w:ascii="Arial" w:hAnsi="Arial" w:cs="Arial"/>
                <w:b/>
              </w:rPr>
              <w:t>Project summary</w:t>
            </w:r>
          </w:p>
          <w:p w14:paraId="67A4F059" w14:textId="64D9A29A" w:rsidR="004829B8" w:rsidRPr="00FC5D29" w:rsidRDefault="004829B8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i/>
                <w:iCs/>
                <w:sz w:val="20"/>
                <w:szCs w:val="20"/>
              </w:rPr>
              <w:t>Briefly describe your research project and its objectives (max 300 words).</w:t>
            </w:r>
          </w:p>
        </w:tc>
      </w:tr>
      <w:tr w:rsidR="003023A9" w:rsidRPr="00FC5D29" w14:paraId="76DC0AB5" w14:textId="77777777" w:rsidTr="00BC3F07">
        <w:tc>
          <w:tcPr>
            <w:tcW w:w="9350" w:type="dxa"/>
          </w:tcPr>
          <w:p w14:paraId="6ED184AE" w14:textId="77777777" w:rsidR="003023A9" w:rsidRPr="00FC5D29" w:rsidRDefault="003023A9" w:rsidP="00BC3F07">
            <w:pPr>
              <w:rPr>
                <w:rFonts w:ascii="Arial" w:hAnsi="Arial" w:cs="Arial"/>
              </w:rPr>
            </w:pPr>
          </w:p>
        </w:tc>
      </w:tr>
    </w:tbl>
    <w:p w14:paraId="0001FF1F" w14:textId="77777777" w:rsidR="003023A9" w:rsidRPr="00FC5D29" w:rsidRDefault="003023A9" w:rsidP="003023A9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25854" w:rsidRPr="00FC5D29" w14:paraId="1FCE049B" w14:textId="77777777" w:rsidTr="00BC3F07">
        <w:tc>
          <w:tcPr>
            <w:tcW w:w="9350" w:type="dxa"/>
            <w:shd w:val="clear" w:color="auto" w:fill="D9D9D9"/>
          </w:tcPr>
          <w:p w14:paraId="2A97BDA1" w14:textId="77777777" w:rsidR="00D25854" w:rsidRPr="00FC5D29" w:rsidRDefault="00D25854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[C] </w:t>
            </w:r>
            <w:r w:rsidRPr="00FC5D29">
              <w:rPr>
                <w:rFonts w:ascii="Arial" w:hAnsi="Arial" w:cs="Arial"/>
                <w:b/>
              </w:rPr>
              <w:t xml:space="preserve">Relevance to the Hauraki Gulf / </w:t>
            </w:r>
            <w:proofErr w:type="spellStart"/>
            <w:r w:rsidRPr="00FC5D29">
              <w:rPr>
                <w:rFonts w:ascii="Arial" w:hAnsi="Arial" w:cs="Arial"/>
                <w:b/>
              </w:rPr>
              <w:t>Tīkapa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Moana / </w:t>
            </w:r>
            <w:proofErr w:type="spellStart"/>
            <w:r w:rsidRPr="00FC5D29">
              <w:rPr>
                <w:rFonts w:ascii="Arial" w:hAnsi="Arial" w:cs="Arial"/>
                <w:b/>
              </w:rPr>
              <w:t>Te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C5D29">
              <w:rPr>
                <w:rFonts w:ascii="Arial" w:hAnsi="Arial" w:cs="Arial"/>
                <w:b/>
              </w:rPr>
              <w:t>Moananui</w:t>
            </w:r>
            <w:proofErr w:type="spellEnd"/>
            <w:r w:rsidRPr="00FC5D29">
              <w:rPr>
                <w:rFonts w:ascii="Arial" w:hAnsi="Arial" w:cs="Arial"/>
                <w:b/>
              </w:rPr>
              <w:t xml:space="preserve"> ā Toi</w:t>
            </w:r>
          </w:p>
          <w:p w14:paraId="0D2A0351" w14:textId="717C71EE" w:rsidR="00AC533E" w:rsidRPr="00FC5D29" w:rsidRDefault="00AC533E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How does your research support the health, understanding, or management of the Hauraki Gulf? (max 300 words).</w:t>
            </w:r>
          </w:p>
        </w:tc>
      </w:tr>
      <w:tr w:rsidR="00D25854" w:rsidRPr="00FC5D29" w14:paraId="22EA6218" w14:textId="77777777" w:rsidTr="00BC3F07">
        <w:tc>
          <w:tcPr>
            <w:tcW w:w="9350" w:type="dxa"/>
          </w:tcPr>
          <w:p w14:paraId="27C7468D" w14:textId="77777777" w:rsidR="00D25854" w:rsidRPr="00FC5D29" w:rsidRDefault="00D25854" w:rsidP="00BC3F07">
            <w:pPr>
              <w:rPr>
                <w:rFonts w:ascii="Arial" w:hAnsi="Arial" w:cs="Arial"/>
              </w:rPr>
            </w:pPr>
          </w:p>
        </w:tc>
      </w:tr>
    </w:tbl>
    <w:p w14:paraId="14C20884" w14:textId="77777777" w:rsidR="00D25854" w:rsidRPr="00FC5D29" w:rsidRDefault="00D25854" w:rsidP="00D25854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25854" w:rsidRPr="00FC5D29" w14:paraId="4C4CA60E" w14:textId="77777777" w:rsidTr="00BC3F07">
        <w:tc>
          <w:tcPr>
            <w:tcW w:w="9350" w:type="dxa"/>
            <w:shd w:val="clear" w:color="auto" w:fill="D9D9D9"/>
          </w:tcPr>
          <w:p w14:paraId="5DF4634C" w14:textId="77777777" w:rsidR="00D25854" w:rsidRPr="00FC5D29" w:rsidRDefault="00D25854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>[</w:t>
            </w:r>
            <w:r w:rsidR="003023A9" w:rsidRPr="00FC5D29">
              <w:rPr>
                <w:rFonts w:ascii="Arial" w:hAnsi="Arial" w:cs="Arial"/>
                <w:b/>
                <w:sz w:val="48"/>
                <w:szCs w:val="48"/>
              </w:rPr>
              <w:t>D</w:t>
            </w: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] </w:t>
            </w:r>
            <w:r w:rsidRPr="00FC5D29">
              <w:rPr>
                <w:rFonts w:ascii="Arial" w:hAnsi="Arial" w:cs="Arial"/>
                <w:b/>
              </w:rPr>
              <w:t>Intended use of the award</w:t>
            </w:r>
          </w:p>
          <w:p w14:paraId="72CD629A" w14:textId="679F4EA3" w:rsidR="00AC533E" w:rsidRPr="00FC5D29" w:rsidRDefault="00AC533E" w:rsidP="00BC3F07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  <w:i/>
                <w:iCs/>
                <w:sz w:val="20"/>
                <w:szCs w:val="20"/>
              </w:rPr>
              <w:t>Briefly outline how the award funding of $5,000 will be used. Include any specific activities, fieldwork, equipment, travel, etc. (max 200 words).</w:t>
            </w:r>
          </w:p>
        </w:tc>
      </w:tr>
      <w:tr w:rsidR="00D25854" w:rsidRPr="00FC5D29" w14:paraId="64313A12" w14:textId="77777777" w:rsidTr="00BC3F07">
        <w:tc>
          <w:tcPr>
            <w:tcW w:w="9350" w:type="dxa"/>
          </w:tcPr>
          <w:p w14:paraId="1720E656" w14:textId="77777777" w:rsidR="00D25854" w:rsidRPr="00FC5D29" w:rsidRDefault="00D25854" w:rsidP="00BC3F07">
            <w:pPr>
              <w:rPr>
                <w:rFonts w:ascii="Arial" w:hAnsi="Arial" w:cs="Arial"/>
              </w:rPr>
            </w:pPr>
          </w:p>
        </w:tc>
      </w:tr>
    </w:tbl>
    <w:p w14:paraId="4F8DBF29" w14:textId="77777777" w:rsidR="00D25854" w:rsidRPr="00FC5D29" w:rsidRDefault="00D25854" w:rsidP="00D25854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25854" w:rsidRPr="00FC5D29" w14:paraId="21FD98F2" w14:textId="77777777" w:rsidTr="00BC3F07">
        <w:tc>
          <w:tcPr>
            <w:tcW w:w="9350" w:type="dxa"/>
            <w:shd w:val="clear" w:color="auto" w:fill="D9D9D9"/>
          </w:tcPr>
          <w:p w14:paraId="2213B7E5" w14:textId="77777777" w:rsidR="00D25854" w:rsidRPr="00FC5D29" w:rsidRDefault="00D25854" w:rsidP="00BC3F07">
            <w:pPr>
              <w:rPr>
                <w:rFonts w:ascii="Arial" w:hAnsi="Arial" w:cs="Arial"/>
                <w:b/>
                <w:bCs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>[</w:t>
            </w:r>
            <w:r w:rsidR="003023A9" w:rsidRPr="00FC5D29">
              <w:rPr>
                <w:rFonts w:ascii="Arial" w:hAnsi="Arial" w:cs="Arial"/>
                <w:b/>
                <w:sz w:val="48"/>
                <w:szCs w:val="48"/>
              </w:rPr>
              <w:t>E</w:t>
            </w: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] </w:t>
            </w:r>
            <w:r w:rsidRPr="00FC5D29">
              <w:rPr>
                <w:rFonts w:ascii="Arial" w:hAnsi="Arial" w:cs="Arial"/>
                <w:b/>
                <w:bCs/>
              </w:rPr>
              <w:t>Emerging Researcher Eligibility</w:t>
            </w:r>
          </w:p>
          <w:p w14:paraId="69828ECD" w14:textId="0F6E3661" w:rsidR="00AC533E" w:rsidRPr="00FC5D29" w:rsidRDefault="00AC533E" w:rsidP="00AC533E">
            <w:pPr>
              <w:rPr>
                <w:rFonts w:ascii="Arial" w:hAnsi="Arial" w:cs="Arial"/>
                <w:i/>
                <w:iCs/>
              </w:rPr>
            </w:pPr>
            <w:r w:rsidRPr="00FC5D29">
              <w:rPr>
                <w:rFonts w:ascii="Arial" w:hAnsi="Arial" w:cs="Arial"/>
                <w:i/>
                <w:iCs/>
              </w:rPr>
              <w:t>Please briefly describe your current career stage and how you meet the eligibility as an emerging researcher (max 100 words)</w:t>
            </w:r>
            <w:r w:rsidR="0058445E" w:rsidRPr="00FC5D29">
              <w:rPr>
                <w:rFonts w:ascii="Arial" w:hAnsi="Arial" w:cs="Arial"/>
                <w:i/>
                <w:iCs/>
              </w:rPr>
              <w:t>.</w:t>
            </w:r>
          </w:p>
          <w:p w14:paraId="6AF70812" w14:textId="4086F674" w:rsidR="00AC533E" w:rsidRPr="00FC5D29" w:rsidRDefault="00AC533E" w:rsidP="00AC533E">
            <w:pPr>
              <w:rPr>
                <w:rFonts w:ascii="Arial" w:hAnsi="Arial" w:cs="Arial"/>
              </w:rPr>
            </w:pPr>
            <w:r w:rsidRPr="00FC5D29">
              <w:rPr>
                <w:rFonts w:ascii="Arial" w:hAnsi="Arial" w:cs="Arial"/>
                <w:i/>
                <w:iCs/>
              </w:rPr>
              <w:t xml:space="preserve">Emerging researchers include Postgraduate students currently enrolled in a </w:t>
            </w:r>
            <w:proofErr w:type="gramStart"/>
            <w:r w:rsidRPr="00FC5D29">
              <w:rPr>
                <w:rFonts w:ascii="Arial" w:hAnsi="Arial" w:cs="Arial"/>
                <w:i/>
                <w:iCs/>
              </w:rPr>
              <w:t>Masters</w:t>
            </w:r>
            <w:proofErr w:type="gramEnd"/>
            <w:r w:rsidRPr="00FC5D29">
              <w:rPr>
                <w:rFonts w:ascii="Arial" w:hAnsi="Arial" w:cs="Arial"/>
                <w:i/>
                <w:iCs/>
              </w:rPr>
              <w:t xml:space="preserve"> or PhD programme</w:t>
            </w:r>
            <w:r w:rsidR="0058445E" w:rsidRPr="00FC5D29">
              <w:rPr>
                <w:rFonts w:ascii="Arial" w:hAnsi="Arial" w:cs="Arial"/>
                <w:i/>
                <w:iCs/>
              </w:rPr>
              <w:t xml:space="preserve"> and</w:t>
            </w:r>
            <w:r w:rsidRPr="00FC5D29">
              <w:rPr>
                <w:rFonts w:ascii="Arial" w:hAnsi="Arial" w:cs="Arial"/>
                <w:i/>
                <w:iCs/>
              </w:rPr>
              <w:t xml:space="preserve"> early-career researchers (within 5 years of completing their highest postgraduate qualification, excluding career breaks)</w:t>
            </w:r>
            <w:r w:rsidR="0058445E" w:rsidRPr="00FC5D29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D25854" w:rsidRPr="00FC5D29" w14:paraId="549A3529" w14:textId="77777777" w:rsidTr="00BC3F07">
        <w:tc>
          <w:tcPr>
            <w:tcW w:w="9350" w:type="dxa"/>
          </w:tcPr>
          <w:p w14:paraId="32BE9656" w14:textId="77777777" w:rsidR="00D25854" w:rsidRPr="00FC5D29" w:rsidRDefault="00D25854" w:rsidP="00BC3F07">
            <w:pPr>
              <w:rPr>
                <w:rFonts w:ascii="Arial" w:hAnsi="Arial" w:cs="Arial"/>
              </w:rPr>
            </w:pPr>
          </w:p>
        </w:tc>
      </w:tr>
    </w:tbl>
    <w:p w14:paraId="69FEA29B" w14:textId="77777777" w:rsidR="00D25854" w:rsidRPr="00FC5D29" w:rsidRDefault="00D25854" w:rsidP="001D1856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25854" w:rsidRPr="00FC5D29" w14:paraId="75E2EA99" w14:textId="77777777" w:rsidTr="00BC3F07">
        <w:tc>
          <w:tcPr>
            <w:tcW w:w="9350" w:type="dxa"/>
            <w:shd w:val="clear" w:color="auto" w:fill="D9D9D9"/>
          </w:tcPr>
          <w:p w14:paraId="56F2A3FD" w14:textId="77777777" w:rsidR="00D25854" w:rsidRPr="00FC5D29" w:rsidRDefault="00D25854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>[</w:t>
            </w:r>
            <w:r w:rsidR="003023A9" w:rsidRPr="00FC5D29">
              <w:rPr>
                <w:rFonts w:ascii="Arial" w:hAnsi="Arial" w:cs="Arial"/>
                <w:b/>
                <w:sz w:val="48"/>
                <w:szCs w:val="48"/>
              </w:rPr>
              <w:t>F</w:t>
            </w: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] </w:t>
            </w:r>
            <w:r w:rsidRPr="00FC5D29">
              <w:rPr>
                <w:rFonts w:ascii="Arial" w:hAnsi="Arial" w:cs="Arial"/>
                <w:b/>
              </w:rPr>
              <w:t>Contribution to NZMSS, including history of membership, and promoting the vision and values of the Society.</w:t>
            </w:r>
          </w:p>
          <w:p w14:paraId="10CF259E" w14:textId="0F2A1458" w:rsidR="0058445E" w:rsidRPr="00FC5D29" w:rsidRDefault="0058445E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i/>
                <w:sz w:val="20"/>
                <w:szCs w:val="20"/>
              </w:rPr>
              <w:t>For example: years of membership, NZMSS Council positions held, attendance and/or supporting student attendance at NZMSS conferences, contributions to NZMSS submissions, organising NZMSS conferences, etc. (max 200 words).</w:t>
            </w:r>
          </w:p>
        </w:tc>
      </w:tr>
      <w:tr w:rsidR="00D25854" w:rsidRPr="00FC5D29" w14:paraId="5848667D" w14:textId="77777777" w:rsidTr="00BC3F07">
        <w:tc>
          <w:tcPr>
            <w:tcW w:w="9350" w:type="dxa"/>
          </w:tcPr>
          <w:p w14:paraId="1391B7E4" w14:textId="77777777" w:rsidR="00D25854" w:rsidRPr="00FC5D29" w:rsidRDefault="00D25854" w:rsidP="00BC3F07">
            <w:pPr>
              <w:rPr>
                <w:rFonts w:ascii="Arial" w:hAnsi="Arial" w:cs="Arial"/>
              </w:rPr>
            </w:pPr>
          </w:p>
        </w:tc>
      </w:tr>
    </w:tbl>
    <w:p w14:paraId="080D6E56" w14:textId="77777777" w:rsidR="00D25854" w:rsidRPr="00FC5D29" w:rsidRDefault="00D25854" w:rsidP="001D1856">
      <w:pPr>
        <w:rPr>
          <w:rFonts w:ascii="Arial" w:hAnsi="Arial" w:cs="Arial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25854" w:rsidRPr="00FC5D29" w14:paraId="040E32CC" w14:textId="77777777" w:rsidTr="00BC3F07">
        <w:tc>
          <w:tcPr>
            <w:tcW w:w="9350" w:type="dxa"/>
            <w:shd w:val="clear" w:color="auto" w:fill="D9D9D9"/>
          </w:tcPr>
          <w:p w14:paraId="5AB27490" w14:textId="77777777" w:rsidR="00D25854" w:rsidRDefault="00D25854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b/>
                <w:sz w:val="48"/>
                <w:szCs w:val="48"/>
              </w:rPr>
              <w:t>[</w:t>
            </w:r>
            <w:r w:rsidR="003023A9" w:rsidRPr="00FC5D29">
              <w:rPr>
                <w:rFonts w:ascii="Arial" w:hAnsi="Arial" w:cs="Arial"/>
                <w:b/>
                <w:sz w:val="48"/>
                <w:szCs w:val="48"/>
              </w:rPr>
              <w:t>G</w:t>
            </w:r>
            <w:r w:rsidRPr="00FC5D29">
              <w:rPr>
                <w:rFonts w:ascii="Arial" w:hAnsi="Arial" w:cs="Arial"/>
                <w:b/>
                <w:sz w:val="48"/>
                <w:szCs w:val="48"/>
              </w:rPr>
              <w:t xml:space="preserve">] </w:t>
            </w:r>
            <w:r w:rsidRPr="00FC5D29">
              <w:rPr>
                <w:rFonts w:ascii="Arial" w:hAnsi="Arial" w:cs="Arial"/>
                <w:b/>
              </w:rPr>
              <w:t>Supporting documentation and/or references.</w:t>
            </w:r>
          </w:p>
          <w:p w14:paraId="783AD51A" w14:textId="67412800" w:rsidR="00FC5D29" w:rsidRPr="00FC5D29" w:rsidRDefault="00FC5D29" w:rsidP="00BC3F07">
            <w:pPr>
              <w:rPr>
                <w:rFonts w:ascii="Arial" w:hAnsi="Arial" w:cs="Arial"/>
                <w:b/>
              </w:rPr>
            </w:pPr>
            <w:r w:rsidRPr="00FC5D29"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 w:rsidR="00C35907">
              <w:rPr>
                <w:rFonts w:ascii="Arial" w:hAnsi="Arial" w:cs="Arial"/>
                <w:i/>
                <w:sz w:val="20"/>
                <w:szCs w:val="20"/>
              </w:rPr>
              <w:t>attach</w:t>
            </w:r>
            <w:r w:rsidRPr="00FC5D29">
              <w:rPr>
                <w:rFonts w:ascii="Arial" w:hAnsi="Arial" w:cs="Arial"/>
                <w:i/>
                <w:sz w:val="20"/>
                <w:szCs w:val="20"/>
              </w:rPr>
              <w:t xml:space="preserve"> a 2-page CV and list any other relevant documents</w:t>
            </w:r>
            <w:r w:rsidR="00C35907">
              <w:rPr>
                <w:rFonts w:ascii="Arial" w:hAnsi="Arial" w:cs="Arial"/>
                <w:i/>
                <w:sz w:val="20"/>
                <w:szCs w:val="20"/>
              </w:rPr>
              <w:t xml:space="preserve"> or references that</w:t>
            </w:r>
            <w:r w:rsidRPr="00FC5D29">
              <w:rPr>
                <w:rFonts w:ascii="Arial" w:hAnsi="Arial" w:cs="Arial"/>
                <w:i/>
                <w:sz w:val="20"/>
                <w:szCs w:val="20"/>
              </w:rPr>
              <w:t xml:space="preserve"> here.</w:t>
            </w:r>
          </w:p>
        </w:tc>
      </w:tr>
      <w:tr w:rsidR="00D25854" w:rsidRPr="00FC5D29" w14:paraId="104275D9" w14:textId="77777777" w:rsidTr="00BC3F07">
        <w:tc>
          <w:tcPr>
            <w:tcW w:w="9350" w:type="dxa"/>
          </w:tcPr>
          <w:p w14:paraId="07061AE5" w14:textId="77777777" w:rsidR="00D25854" w:rsidRPr="00FC5D29" w:rsidRDefault="00D25854" w:rsidP="00BC3F07">
            <w:pPr>
              <w:rPr>
                <w:rFonts w:ascii="Arial" w:hAnsi="Arial" w:cs="Arial"/>
              </w:rPr>
            </w:pPr>
          </w:p>
        </w:tc>
      </w:tr>
    </w:tbl>
    <w:p w14:paraId="54205A73" w14:textId="77777777" w:rsidR="00D25854" w:rsidRPr="00D25854" w:rsidRDefault="00D25854" w:rsidP="001D1856">
      <w:pPr>
        <w:rPr>
          <w:rFonts w:ascii="Arial" w:hAnsi="Arial" w:cs="Arial"/>
        </w:rPr>
      </w:pPr>
    </w:p>
    <w:sectPr w:rsidR="00D25854" w:rsidRPr="00D2585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190196"/>
    <w:multiLevelType w:val="multilevel"/>
    <w:tmpl w:val="0CCA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EB657D"/>
    <w:multiLevelType w:val="hybridMultilevel"/>
    <w:tmpl w:val="8C2E4B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B15D3"/>
    <w:multiLevelType w:val="multilevel"/>
    <w:tmpl w:val="F734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5492614">
    <w:abstractNumId w:val="8"/>
  </w:num>
  <w:num w:numId="2" w16cid:durableId="742797670">
    <w:abstractNumId w:val="6"/>
  </w:num>
  <w:num w:numId="3" w16cid:durableId="520245871">
    <w:abstractNumId w:val="5"/>
  </w:num>
  <w:num w:numId="4" w16cid:durableId="1950966339">
    <w:abstractNumId w:val="4"/>
  </w:num>
  <w:num w:numId="5" w16cid:durableId="945886400">
    <w:abstractNumId w:val="7"/>
  </w:num>
  <w:num w:numId="6" w16cid:durableId="1499881037">
    <w:abstractNumId w:val="3"/>
  </w:num>
  <w:num w:numId="7" w16cid:durableId="865407150">
    <w:abstractNumId w:val="2"/>
  </w:num>
  <w:num w:numId="8" w16cid:durableId="1718043545">
    <w:abstractNumId w:val="1"/>
  </w:num>
  <w:num w:numId="9" w16cid:durableId="1868566446">
    <w:abstractNumId w:val="0"/>
  </w:num>
  <w:num w:numId="10" w16cid:durableId="728577408">
    <w:abstractNumId w:val="11"/>
  </w:num>
  <w:num w:numId="11" w16cid:durableId="1628008678">
    <w:abstractNumId w:val="10"/>
  </w:num>
  <w:num w:numId="12" w16cid:durableId="20646745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5C2"/>
    <w:rsid w:val="00034616"/>
    <w:rsid w:val="00044E67"/>
    <w:rsid w:val="00052C03"/>
    <w:rsid w:val="0006063C"/>
    <w:rsid w:val="000B1269"/>
    <w:rsid w:val="000D1AAC"/>
    <w:rsid w:val="00100045"/>
    <w:rsid w:val="0015074B"/>
    <w:rsid w:val="001A32FB"/>
    <w:rsid w:val="001D098E"/>
    <w:rsid w:val="001D1856"/>
    <w:rsid w:val="001D4F95"/>
    <w:rsid w:val="002362E8"/>
    <w:rsid w:val="0029639D"/>
    <w:rsid w:val="003023A9"/>
    <w:rsid w:val="003249CC"/>
    <w:rsid w:val="00326F90"/>
    <w:rsid w:val="00384114"/>
    <w:rsid w:val="003E79FC"/>
    <w:rsid w:val="003F5656"/>
    <w:rsid w:val="004829B8"/>
    <w:rsid w:val="004A1A29"/>
    <w:rsid w:val="00540F45"/>
    <w:rsid w:val="00560FBD"/>
    <w:rsid w:val="00573DF6"/>
    <w:rsid w:val="0058445E"/>
    <w:rsid w:val="0061618E"/>
    <w:rsid w:val="00690EBE"/>
    <w:rsid w:val="00695090"/>
    <w:rsid w:val="006A7FC7"/>
    <w:rsid w:val="006C7F57"/>
    <w:rsid w:val="00752D6B"/>
    <w:rsid w:val="00760295"/>
    <w:rsid w:val="00761038"/>
    <w:rsid w:val="007653A4"/>
    <w:rsid w:val="007B7A9D"/>
    <w:rsid w:val="0083749E"/>
    <w:rsid w:val="008D1E03"/>
    <w:rsid w:val="00A22975"/>
    <w:rsid w:val="00A67D40"/>
    <w:rsid w:val="00AA1D8D"/>
    <w:rsid w:val="00AC533E"/>
    <w:rsid w:val="00AF15F1"/>
    <w:rsid w:val="00B148D9"/>
    <w:rsid w:val="00B47730"/>
    <w:rsid w:val="00B72F29"/>
    <w:rsid w:val="00BB17D1"/>
    <w:rsid w:val="00BB3A01"/>
    <w:rsid w:val="00C02134"/>
    <w:rsid w:val="00C23B2D"/>
    <w:rsid w:val="00C322C9"/>
    <w:rsid w:val="00C35907"/>
    <w:rsid w:val="00C82C43"/>
    <w:rsid w:val="00CB0664"/>
    <w:rsid w:val="00D012F7"/>
    <w:rsid w:val="00D25854"/>
    <w:rsid w:val="00D4502C"/>
    <w:rsid w:val="00DE1FC1"/>
    <w:rsid w:val="00E76BD0"/>
    <w:rsid w:val="00E901FF"/>
    <w:rsid w:val="00EA07B2"/>
    <w:rsid w:val="00EE7E7F"/>
    <w:rsid w:val="00F4368A"/>
    <w:rsid w:val="00FC5D2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3FFE29"/>
  <w14:defaultImageDpi w14:val="330"/>
  <w15:docId w15:val="{519FD5CA-9A05-4179-B2C9-6793C836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D1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18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8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8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7A9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B17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7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nzmss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b36e95-0d50-42e9-958f-b63fa906beaa}" enabled="0" method="" siteId="{d1b36e95-0d50-42e9-958f-b63fa906be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Jenny Hillman</cp:lastModifiedBy>
  <cp:revision>2</cp:revision>
  <dcterms:created xsi:type="dcterms:W3CDTF">2025-06-10T00:02:00Z</dcterms:created>
  <dcterms:modified xsi:type="dcterms:W3CDTF">2025-06-10T00:02:00Z</dcterms:modified>
  <cp:category/>
</cp:coreProperties>
</file>